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WYMAGANIA EDUKACYJNE Z JĘZYKA POLSKIEGO</w:t>
        <w:br/>
        <w:t>KLASY V–VIII SZKOŁY PODSTAWOWEJ</w:t>
      </w:r>
    </w:p>
    <w:p>
      <w:r>
        <w:t>Przy ustalaniu oceny z języka polskiego bierze się pod uwagę przede wszystkim stopień opanowania wiadomości i umiejętności określonych w podstawie programowej, w szczególności:</w:t>
      </w:r>
    </w:p>
    <w:p>
      <w:pPr>
        <w:pStyle w:val="ListBullet"/>
      </w:pPr>
      <w:r>
        <w:t>czytanie i rozumienie tekstów literackich oraz innych tekstów kultury</w:t>
      </w:r>
    </w:p>
    <w:p>
      <w:pPr>
        <w:pStyle w:val="ListBullet"/>
      </w:pPr>
      <w:r>
        <w:t>znajomość lektur</w:t>
      </w:r>
    </w:p>
    <w:p>
      <w:pPr>
        <w:pStyle w:val="ListBullet"/>
      </w:pPr>
      <w:r>
        <w:t>analizowanie i interpretowanie utworów</w:t>
      </w:r>
    </w:p>
    <w:p>
      <w:pPr>
        <w:pStyle w:val="ListBullet"/>
      </w:pPr>
      <w:r>
        <w:t>znajomość zagadnień z nauki o języku</w:t>
      </w:r>
    </w:p>
    <w:p>
      <w:pPr>
        <w:pStyle w:val="ListBullet"/>
      </w:pPr>
      <w:r>
        <w:t>poprawność ortograficzną i interpunkcyjną</w:t>
      </w:r>
    </w:p>
    <w:p>
      <w:pPr>
        <w:pStyle w:val="ListBullet"/>
      </w:pPr>
      <w:r>
        <w:t>tworzenie wypowiedzi pisemnych i ustnych</w:t>
      </w:r>
    </w:p>
    <w:p>
      <w:pPr>
        <w:pStyle w:val="ListBullet"/>
      </w:pPr>
      <w:r>
        <w:t>posługiwanie się odpowiednim słownictwem</w:t>
      </w:r>
    </w:p>
    <w:p>
      <w:pPr>
        <w:pStyle w:val="ListBullet"/>
      </w:pPr>
      <w:r>
        <w:t>samodzielność w zdobywaniu i wykorzystywaniu informacji</w:t>
      </w:r>
    </w:p>
    <w:p>
      <w:pPr>
        <w:pStyle w:val="Heading1"/>
      </w:pPr>
      <w:r>
        <w:t>KLASA 5</w:t>
      </w:r>
    </w:p>
    <w:p>
      <w:pPr>
        <w:pStyle w:val="Heading2"/>
      </w:pPr>
      <w:r>
        <w:t>Ocena dopuszczająca</w:t>
      </w:r>
    </w:p>
    <w:p>
      <w:r>
        <w:t>Uczeń:</w:t>
      </w:r>
    </w:p>
    <w:p>
      <w:pPr>
        <w:pStyle w:val="ListBullet"/>
      </w:pPr>
      <w:r>
        <w:t>czyta tekst ze zrozumieniem na poziomie podstawowym</w:t>
      </w:r>
    </w:p>
    <w:p>
      <w:pPr>
        <w:pStyle w:val="ListBullet"/>
      </w:pPr>
      <w:r>
        <w:t>potrafi wskazać głównych bohaterów, miejsce i czas wydarzeń</w:t>
      </w:r>
    </w:p>
    <w:p>
      <w:pPr>
        <w:pStyle w:val="ListBullet"/>
      </w:pPr>
      <w:r>
        <w:t>odtwarza najważniejsze wydarzenia poznanego utworu</w:t>
      </w:r>
    </w:p>
    <w:p>
      <w:pPr>
        <w:pStyle w:val="ListBullet"/>
      </w:pPr>
      <w:r>
        <w:t>zna treść najważniejszych omawianych lektur w podstawowym zakresie</w:t>
      </w:r>
    </w:p>
    <w:p>
      <w:pPr>
        <w:pStyle w:val="ListBullet"/>
      </w:pPr>
      <w:r>
        <w:t>odróżnia tekst pisany prozą od tekstu poetyckiego</w:t>
      </w:r>
    </w:p>
    <w:p>
      <w:pPr>
        <w:pStyle w:val="ListBullet"/>
      </w:pPr>
      <w:r>
        <w:t>z pomocą nauczyciela rozpoznaje podstawowe środki stylistyczne, np. epitet i porównanie</w:t>
      </w:r>
    </w:p>
    <w:p>
      <w:pPr>
        <w:pStyle w:val="ListBullet"/>
      </w:pPr>
      <w:r>
        <w:t>rozpoznaje podstawowe części mowy</w:t>
      </w:r>
    </w:p>
    <w:p>
      <w:pPr>
        <w:pStyle w:val="ListBullet"/>
      </w:pPr>
      <w:r>
        <w:t>rozpoznaje zdanie i równoważnik zdania</w:t>
      </w:r>
    </w:p>
    <w:p>
      <w:pPr>
        <w:pStyle w:val="ListBullet"/>
      </w:pPr>
      <w:r>
        <w:t>podejmuje próby tworzenia krótkich wypowiedzi pisemnych</w:t>
      </w:r>
    </w:p>
    <w:p>
      <w:pPr>
        <w:pStyle w:val="ListBullet"/>
      </w:pPr>
      <w:r>
        <w:t>pisze proste opowiadanie, opis, list lub zaproszenie według podanego schematu</w:t>
      </w:r>
    </w:p>
    <w:p>
      <w:pPr>
        <w:pStyle w:val="ListBullet"/>
      </w:pPr>
      <w:r>
        <w:t>stosuje podstawowe zasady ortograficzne, choć popełnia liczne błędy</w:t>
      </w:r>
    </w:p>
    <w:p>
      <w:pPr>
        <w:pStyle w:val="ListBullet"/>
      </w:pPr>
      <w:r>
        <w:t>wypowiada się na temat poznanego tekstu prostymi zdaniami</w:t>
      </w:r>
    </w:p>
    <w:p>
      <w:pPr>
        <w:pStyle w:val="ListBullet"/>
      </w:pPr>
      <w:r>
        <w:t>korzysta z pomocy nauczyciela podczas wykonywania zadań</w:t>
      </w:r>
    </w:p>
    <w:p>
      <w:pPr>
        <w:pStyle w:val="Heading2"/>
      </w:pPr>
      <w:r>
        <w:t>Ocena dostateczna</w:t>
      </w:r>
    </w:p>
    <w:p>
      <w:r>
        <w:t>Uczeń spełnia wymagania na ocenę dopuszczającą, a ponadto:</w:t>
      </w:r>
    </w:p>
    <w:p>
      <w:pPr>
        <w:pStyle w:val="ListBullet"/>
      </w:pPr>
      <w:r>
        <w:t>samodzielnie wyszukuje w tekście podstawowe informacje</w:t>
      </w:r>
    </w:p>
    <w:p>
      <w:pPr>
        <w:pStyle w:val="ListBullet"/>
      </w:pPr>
      <w:r>
        <w:t>przedstawia przebieg wydarzeń we właściwej kolejności</w:t>
      </w:r>
    </w:p>
    <w:p>
      <w:pPr>
        <w:pStyle w:val="ListBullet"/>
      </w:pPr>
      <w:r>
        <w:t>charakteryzuje bohatera, wskazując jego podstawowe cechy</w:t>
      </w:r>
    </w:p>
    <w:p>
      <w:pPr>
        <w:pStyle w:val="ListBullet"/>
      </w:pPr>
      <w:r>
        <w:t>rozpoznaje narratora i osobę mówiącą w wierszu</w:t>
      </w:r>
    </w:p>
    <w:p>
      <w:pPr>
        <w:pStyle w:val="ListBullet"/>
      </w:pPr>
      <w:r>
        <w:t>rozpoznaje m.in. epitet, porównanie, przenośnię i wyrazy dźwiękonaśladowcze</w:t>
      </w:r>
    </w:p>
    <w:p>
      <w:pPr>
        <w:pStyle w:val="ListBullet"/>
      </w:pPr>
      <w:r>
        <w:t>rozpoznaje podstawowe gatunki, np. baśń, legendę, mit, bajkę, opowiadanie i powieść</w:t>
      </w:r>
    </w:p>
    <w:p>
      <w:pPr>
        <w:pStyle w:val="ListBullet"/>
      </w:pPr>
      <w:r>
        <w:t>rozpoznaje części mowy i określa ich podstawowe cechy</w:t>
      </w:r>
    </w:p>
    <w:p>
      <w:pPr>
        <w:pStyle w:val="ListBullet"/>
      </w:pPr>
      <w:r>
        <w:t>rozpoznaje podstawowe części zdania</w:t>
      </w:r>
    </w:p>
    <w:p>
      <w:pPr>
        <w:pStyle w:val="ListBullet"/>
      </w:pPr>
      <w:r>
        <w:t>rozróżnia zdania pojedyncze i złożone</w:t>
      </w:r>
    </w:p>
    <w:p>
      <w:pPr>
        <w:pStyle w:val="ListBullet"/>
      </w:pPr>
      <w:r>
        <w:t>tworzy wypowiedzi zgodne z tematem</w:t>
      </w:r>
    </w:p>
    <w:p>
      <w:pPr>
        <w:pStyle w:val="ListBullet"/>
      </w:pPr>
      <w:r>
        <w:t>zachowuje podstawowe elementy kompozycji wypowiedzi</w:t>
      </w:r>
    </w:p>
    <w:p>
      <w:pPr>
        <w:pStyle w:val="ListBullet"/>
      </w:pPr>
      <w:r>
        <w:t>stosuje poznane zasady ortograficzne i interpunkcyjne</w:t>
      </w:r>
    </w:p>
    <w:p>
      <w:pPr>
        <w:pStyle w:val="ListBullet"/>
      </w:pPr>
      <w:r>
        <w:t>potrafi korzystać ze słownika ortograficznego i języka polskiego</w:t>
      </w:r>
    </w:p>
    <w:p>
      <w:pPr>
        <w:pStyle w:val="Heading2"/>
      </w:pPr>
      <w:r>
        <w:t>Ocena dobra</w:t>
      </w:r>
    </w:p>
    <w:p>
      <w:r>
        <w:t>Uczeń spełnia wymagania na ocenę dostateczną, a ponadto:</w:t>
      </w:r>
    </w:p>
    <w:p>
      <w:pPr>
        <w:pStyle w:val="ListBullet"/>
      </w:pPr>
      <w:r>
        <w:t>sprawnie wyszukuje informacje jawne i częściowo ukryte w tekście</w:t>
      </w:r>
    </w:p>
    <w:p>
      <w:pPr>
        <w:pStyle w:val="ListBullet"/>
      </w:pPr>
      <w:r>
        <w:t>określa temat i główną myśl utworu</w:t>
      </w:r>
    </w:p>
    <w:p>
      <w:pPr>
        <w:pStyle w:val="ListBullet"/>
      </w:pPr>
      <w:r>
        <w:t>charakteryzuje bohaterów i ocenia ich zachowanie</w:t>
      </w:r>
    </w:p>
    <w:p>
      <w:pPr>
        <w:pStyle w:val="ListBullet"/>
      </w:pPr>
      <w:r>
        <w:t>wskazuje elementy świata przedstawionego</w:t>
      </w:r>
    </w:p>
    <w:p>
      <w:pPr>
        <w:pStyle w:val="ListBullet"/>
      </w:pPr>
      <w:r>
        <w:t>rozpoznaje poznane środki stylistyczne i określa ich podstawową funkcję</w:t>
      </w:r>
    </w:p>
    <w:p>
      <w:pPr>
        <w:pStyle w:val="ListBullet"/>
      </w:pPr>
      <w:r>
        <w:t>rozpoznaje cechy poznanych gatunków literackich</w:t>
      </w:r>
    </w:p>
    <w:p>
      <w:pPr>
        <w:pStyle w:val="ListBullet"/>
      </w:pPr>
      <w:r>
        <w:t>sprawnie stosuje wiedzę dotyczącą części mowy i części zdania</w:t>
      </w:r>
    </w:p>
    <w:p>
      <w:pPr>
        <w:pStyle w:val="ListBullet"/>
      </w:pPr>
      <w:r>
        <w:t>poprawnie analizuje proste zdania</w:t>
      </w:r>
    </w:p>
    <w:p>
      <w:pPr>
        <w:pStyle w:val="ListBullet"/>
      </w:pPr>
      <w:r>
        <w:t>tworzy logiczne i uporządkowane wypowiedzi pisemne</w:t>
      </w:r>
    </w:p>
    <w:p>
      <w:pPr>
        <w:pStyle w:val="ListBullet"/>
      </w:pPr>
      <w:r>
        <w:t>stosuje odpowiednie słownictwo</w:t>
      </w:r>
    </w:p>
    <w:p>
      <w:pPr>
        <w:pStyle w:val="ListBullet"/>
      </w:pPr>
      <w:r>
        <w:t>na ogół poprawnie stosuje zasady ortografii i interpunkcji</w:t>
      </w:r>
    </w:p>
    <w:p>
      <w:pPr>
        <w:pStyle w:val="ListBullet"/>
      </w:pPr>
      <w:r>
        <w:t>aktywnie uczestniczy w rozmowie na temat omawianych tekstów</w:t>
      </w:r>
    </w:p>
    <w:p>
      <w:pPr>
        <w:pStyle w:val="Heading2"/>
      </w:pPr>
      <w:r>
        <w:t>Ocena bardzo dobra</w:t>
      </w:r>
    </w:p>
    <w:p>
      <w:r>
        <w:t>Uczeń spełnia wymagania na ocenę dobrą, a ponadto:</w:t>
      </w:r>
    </w:p>
    <w:p>
      <w:pPr>
        <w:pStyle w:val="ListBullet"/>
      </w:pPr>
      <w:r>
        <w:t>samodzielnie analizuje i interpretuje poznane teksty</w:t>
      </w:r>
    </w:p>
    <w:p>
      <w:pPr>
        <w:pStyle w:val="ListBullet"/>
      </w:pPr>
      <w:r>
        <w:t>wyciąga wnioski wynikające z zachowania bohaterów i przebiegu wydarzeń</w:t>
      </w:r>
    </w:p>
    <w:p>
      <w:pPr>
        <w:pStyle w:val="ListBullet"/>
      </w:pPr>
      <w:r>
        <w:t>uzasadnia własne zdanie</w:t>
      </w:r>
    </w:p>
    <w:p>
      <w:pPr>
        <w:pStyle w:val="ListBullet"/>
      </w:pPr>
      <w:r>
        <w:t>rozpoznaje i omawia funkcje środków stylistycznych</w:t>
      </w:r>
    </w:p>
    <w:p>
      <w:pPr>
        <w:pStyle w:val="ListBullet"/>
      </w:pPr>
      <w:r>
        <w:t>swobodnie posługuje się poznanymi pojęciami literackimi</w:t>
      </w:r>
    </w:p>
    <w:p>
      <w:pPr>
        <w:pStyle w:val="ListBullet"/>
      </w:pPr>
      <w:r>
        <w:t>bardzo dobrze zna treść omawianych lektur</w:t>
      </w:r>
    </w:p>
    <w:p>
      <w:pPr>
        <w:pStyle w:val="ListBullet"/>
      </w:pPr>
      <w:r>
        <w:t>sprawnie stosuje wiedzę gramatyczną w praktyce</w:t>
      </w:r>
    </w:p>
    <w:p>
      <w:pPr>
        <w:pStyle w:val="ListBullet"/>
      </w:pPr>
      <w:r>
        <w:t>tworzy rozbudowane, spójne i poprawne wypowiedzi</w:t>
      </w:r>
    </w:p>
    <w:p>
      <w:pPr>
        <w:pStyle w:val="ListBullet"/>
      </w:pPr>
      <w:r>
        <w:t>stosuje bogate słownictwo</w:t>
      </w:r>
    </w:p>
    <w:p>
      <w:pPr>
        <w:pStyle w:val="ListBullet"/>
      </w:pPr>
      <w:r>
        <w:t>zachowuje właściwą kompozycję różnych form wypowiedzi</w:t>
      </w:r>
    </w:p>
    <w:p>
      <w:pPr>
        <w:pStyle w:val="ListBullet"/>
      </w:pPr>
      <w:r>
        <w:t>popełnia nieliczne błędy językowe, ortograficzne i interpunkcyjne</w:t>
      </w:r>
    </w:p>
    <w:p>
      <w:pPr>
        <w:pStyle w:val="ListBullet"/>
      </w:pPr>
      <w:r>
        <w:t>samodzielnie korzysta z różnych źródeł informacji</w:t>
      </w:r>
    </w:p>
    <w:p>
      <w:pPr>
        <w:pStyle w:val="Heading2"/>
      </w:pPr>
      <w:r>
        <w:t>Ocena celująca</w:t>
      </w:r>
    </w:p>
    <w:p>
      <w:r>
        <w:t>Uczeń spełnia wymagania na ocenę bardzo dobrą, a ponadto:</w:t>
      </w:r>
    </w:p>
    <w:p>
      <w:pPr>
        <w:pStyle w:val="ListBullet"/>
      </w:pPr>
      <w:r>
        <w:t>wykazuje bardzo wysoki poziom samodzielności w analizowaniu tekstów</w:t>
      </w:r>
    </w:p>
    <w:p>
      <w:pPr>
        <w:pStyle w:val="ListBullet"/>
      </w:pPr>
      <w:r>
        <w:t>dostrzega znaczenia niewyrażone w tekście bezpośrednio</w:t>
      </w:r>
    </w:p>
    <w:p>
      <w:pPr>
        <w:pStyle w:val="ListBullet"/>
      </w:pPr>
      <w:r>
        <w:t>formułuje dojrzałe i trafne wnioski</w:t>
      </w:r>
    </w:p>
    <w:p>
      <w:pPr>
        <w:pStyle w:val="ListBullet"/>
      </w:pPr>
      <w:r>
        <w:t>twórczo wykorzystuje poznane wiadomości</w:t>
      </w:r>
    </w:p>
    <w:p>
      <w:pPr>
        <w:pStyle w:val="ListBullet"/>
      </w:pPr>
      <w:r>
        <w:t>sprawnie łączy wiedzę literacką i językową</w:t>
      </w:r>
    </w:p>
    <w:p>
      <w:pPr>
        <w:pStyle w:val="ListBullet"/>
      </w:pPr>
      <w:r>
        <w:t>tworzy oryginalne, bogate językowo i bardzo dobrze skomponowane wypowiedzi</w:t>
      </w:r>
    </w:p>
    <w:p>
      <w:pPr>
        <w:pStyle w:val="ListBullet"/>
      </w:pPr>
      <w:r>
        <w:t>samodzielnie poszerza wiedzę i wykorzystuje informacje z różnych źródeł</w:t>
      </w:r>
    </w:p>
    <w:p>
      <w:r>
        <w:br w:type="page"/>
      </w:r>
    </w:p>
    <w:p>
      <w:pPr>
        <w:pStyle w:val="Heading1"/>
      </w:pPr>
      <w:r>
        <w:t>KLASA 6</w:t>
      </w:r>
    </w:p>
    <w:p>
      <w:pPr>
        <w:pStyle w:val="Heading2"/>
      </w:pPr>
      <w:r>
        <w:t>Ocena dopuszczająca</w:t>
      </w:r>
    </w:p>
    <w:p>
      <w:r>
        <w:t>Uczeń:</w:t>
      </w:r>
    </w:p>
    <w:p>
      <w:pPr>
        <w:pStyle w:val="ListBullet"/>
      </w:pPr>
      <w:r>
        <w:t>rozumie ogólny sens czytanego tekstu</w:t>
      </w:r>
    </w:p>
    <w:p>
      <w:pPr>
        <w:pStyle w:val="ListBullet"/>
      </w:pPr>
      <w:r>
        <w:t>wskazuje podstawowe elementy świata przedstawionego</w:t>
      </w:r>
    </w:p>
    <w:p>
      <w:pPr>
        <w:pStyle w:val="ListBullet"/>
      </w:pPr>
      <w:r>
        <w:t>zna najważniejsze wydarzenia i bohaterów omawianych lektur</w:t>
      </w:r>
    </w:p>
    <w:p>
      <w:pPr>
        <w:pStyle w:val="ListBullet"/>
      </w:pPr>
      <w:r>
        <w:t>rozpoznaje podstawowe gatunki literackie</w:t>
      </w:r>
    </w:p>
    <w:p>
      <w:pPr>
        <w:pStyle w:val="ListBullet"/>
      </w:pPr>
      <w:r>
        <w:t>rozpoznaje najczęściej występujące środki stylistyczne</w:t>
      </w:r>
    </w:p>
    <w:p>
      <w:pPr>
        <w:pStyle w:val="ListBullet"/>
      </w:pPr>
      <w:r>
        <w:t>rozpoznaje poznane części mowy i części zdania</w:t>
      </w:r>
    </w:p>
    <w:p>
      <w:pPr>
        <w:pStyle w:val="ListBullet"/>
      </w:pPr>
      <w:r>
        <w:t>odróżnia zdanie pojedyncze od złożonego</w:t>
      </w:r>
    </w:p>
    <w:p>
      <w:pPr>
        <w:pStyle w:val="ListBullet"/>
      </w:pPr>
      <w:r>
        <w:t>tworzy krótkie wypowiedzi pisemne zgodne z podanym wzorem</w:t>
      </w:r>
    </w:p>
    <w:p>
      <w:pPr>
        <w:pStyle w:val="ListBullet"/>
      </w:pPr>
      <w:r>
        <w:t>zachowuje podstawową poprawność językową</w:t>
      </w:r>
    </w:p>
    <w:p>
      <w:pPr>
        <w:pStyle w:val="ListBullet"/>
      </w:pPr>
      <w:r>
        <w:t>stosuje najważniejsze zasady ortograficzne i interpunkcyjne</w:t>
      </w:r>
    </w:p>
    <w:p>
      <w:pPr>
        <w:pStyle w:val="ListBullet"/>
      </w:pPr>
      <w:r>
        <w:t>podejmuje próbę uzasadnienia własnego zdania</w:t>
      </w:r>
    </w:p>
    <w:p>
      <w:pPr>
        <w:pStyle w:val="Heading2"/>
      </w:pPr>
      <w:r>
        <w:t>Ocena dostateczna</w:t>
      </w:r>
    </w:p>
    <w:p>
      <w:r>
        <w:t>Uczeń spełnia wymagania na ocenę dopuszczającą, a ponadto:</w:t>
      </w:r>
    </w:p>
    <w:p>
      <w:pPr>
        <w:pStyle w:val="ListBullet"/>
      </w:pPr>
      <w:r>
        <w:t>rozpoznaje temat i problematykę tekstu</w:t>
      </w:r>
    </w:p>
    <w:p>
      <w:pPr>
        <w:pStyle w:val="ListBullet"/>
      </w:pPr>
      <w:r>
        <w:t>opisuje i charakteryzuje bohaterów</w:t>
      </w:r>
    </w:p>
    <w:p>
      <w:pPr>
        <w:pStyle w:val="ListBullet"/>
      </w:pPr>
      <w:r>
        <w:t>wskazuje wartości prezentowane w utworach</w:t>
      </w:r>
    </w:p>
    <w:p>
      <w:pPr>
        <w:pStyle w:val="ListBullet"/>
      </w:pPr>
      <w:r>
        <w:t>rozpoznaje poznane gatunki literackie i ich podstawowe cechy</w:t>
      </w:r>
    </w:p>
    <w:p>
      <w:pPr>
        <w:pStyle w:val="ListBullet"/>
      </w:pPr>
      <w:r>
        <w:t>rozpoznaje poznane środki stylistyczne</w:t>
      </w:r>
    </w:p>
    <w:p>
      <w:pPr>
        <w:pStyle w:val="ListBullet"/>
      </w:pPr>
      <w:r>
        <w:t>określa funkcję podstawowych środków stylistycznych</w:t>
      </w:r>
    </w:p>
    <w:p>
      <w:pPr>
        <w:pStyle w:val="ListBullet"/>
      </w:pPr>
      <w:r>
        <w:t>poprawnie rozpoznaje części mowy i części zdania</w:t>
      </w:r>
    </w:p>
    <w:p>
      <w:pPr>
        <w:pStyle w:val="ListBullet"/>
      </w:pPr>
      <w:r>
        <w:t>analizuje proste zdania pojedyncze i złożone</w:t>
      </w:r>
    </w:p>
    <w:p>
      <w:pPr>
        <w:pStyle w:val="ListBullet"/>
      </w:pPr>
      <w:r>
        <w:t>tworzy opowiadanie, opis, charakterystykę, list, zaproszenie, ogłoszenie oraz inne poznane formy</w:t>
      </w:r>
    </w:p>
    <w:p>
      <w:pPr>
        <w:pStyle w:val="ListBullet"/>
      </w:pPr>
      <w:r>
        <w:t>buduje wypowiedź z zachowaniem wstępu, rozwinięcia i zakończenia</w:t>
      </w:r>
    </w:p>
    <w:p>
      <w:pPr>
        <w:pStyle w:val="ListBullet"/>
      </w:pPr>
      <w:r>
        <w:t>na ogół poprawnie stosuje zasady ortograficzne i interpunkcyjne</w:t>
      </w:r>
    </w:p>
    <w:p>
      <w:pPr>
        <w:pStyle w:val="Heading2"/>
      </w:pPr>
      <w:r>
        <w:t>Ocena dobra</w:t>
      </w:r>
    </w:p>
    <w:p>
      <w:r>
        <w:t>Uczeń spełnia wymagania na ocenę dostateczną, a ponadto:</w:t>
      </w:r>
    </w:p>
    <w:p>
      <w:pPr>
        <w:pStyle w:val="ListBullet"/>
      </w:pPr>
      <w:r>
        <w:t>samodzielnie analizuje treść utworu</w:t>
      </w:r>
    </w:p>
    <w:p>
      <w:pPr>
        <w:pStyle w:val="ListBullet"/>
      </w:pPr>
      <w:r>
        <w:t>rozpoznaje informacje bezpośrednie oraz wynikające z kontekstu</w:t>
      </w:r>
    </w:p>
    <w:p>
      <w:pPr>
        <w:pStyle w:val="ListBullet"/>
      </w:pPr>
      <w:r>
        <w:t>przedstawia motywy działania bohaterów</w:t>
      </w:r>
    </w:p>
    <w:p>
      <w:pPr>
        <w:pStyle w:val="ListBullet"/>
      </w:pPr>
      <w:r>
        <w:t>formułuje i uzasadnia własne opinie</w:t>
      </w:r>
    </w:p>
    <w:p>
      <w:pPr>
        <w:pStyle w:val="ListBullet"/>
      </w:pPr>
      <w:r>
        <w:t>sprawnie rozpoznaje środki stylistyczne i określa ich znaczenie</w:t>
      </w:r>
    </w:p>
    <w:p>
      <w:pPr>
        <w:pStyle w:val="ListBullet"/>
      </w:pPr>
      <w:r>
        <w:t>świadomie posługuje się pojęciami z zakresu literatury</w:t>
      </w:r>
    </w:p>
    <w:p>
      <w:pPr>
        <w:pStyle w:val="ListBullet"/>
      </w:pPr>
      <w:r>
        <w:t>sprawnie wykonuje analizę gramatyczną i składniową</w:t>
      </w:r>
    </w:p>
    <w:p>
      <w:pPr>
        <w:pStyle w:val="ListBullet"/>
      </w:pPr>
      <w:r>
        <w:t>tworzy spójne, logiczne i rozwinięte wypowiedzi</w:t>
      </w:r>
    </w:p>
    <w:p>
      <w:pPr>
        <w:pStyle w:val="ListBullet"/>
      </w:pPr>
      <w:r>
        <w:t>stosuje zróżnicowane słownictwo</w:t>
      </w:r>
    </w:p>
    <w:p>
      <w:pPr>
        <w:pStyle w:val="ListBullet"/>
      </w:pPr>
      <w:r>
        <w:t>zachowuje poprawność językową, stylistyczną i kompozycyjną</w:t>
      </w:r>
    </w:p>
    <w:p>
      <w:pPr>
        <w:pStyle w:val="Heading2"/>
      </w:pPr>
      <w:r>
        <w:t>Ocena bardzo dobra</w:t>
      </w:r>
    </w:p>
    <w:p>
      <w:r>
        <w:t>Uczeń spełnia wymagania na ocenę dobrą, a ponadto:</w:t>
      </w:r>
    </w:p>
    <w:p>
      <w:pPr>
        <w:pStyle w:val="ListBullet"/>
      </w:pPr>
      <w:r>
        <w:t>wnikliwie analizuje i interpretuje utwory</w:t>
      </w:r>
    </w:p>
    <w:p>
      <w:pPr>
        <w:pStyle w:val="ListBullet"/>
      </w:pPr>
      <w:r>
        <w:t>dostrzega związki między wydarzeniami, bohaterami i problematyką tekstu</w:t>
      </w:r>
    </w:p>
    <w:p>
      <w:pPr>
        <w:pStyle w:val="ListBullet"/>
      </w:pPr>
      <w:r>
        <w:t>samodzielnie interpretuje przesłanie utworu</w:t>
      </w:r>
    </w:p>
    <w:p>
      <w:pPr>
        <w:pStyle w:val="ListBullet"/>
      </w:pPr>
      <w:r>
        <w:t>wykorzystuje cytaty lub przykłady z tekstu do uzasadniania swojego stanowiska</w:t>
      </w:r>
    </w:p>
    <w:p>
      <w:pPr>
        <w:pStyle w:val="ListBullet"/>
      </w:pPr>
      <w:r>
        <w:t>bardzo dobrze zna i stosuje terminologię literacką i językową</w:t>
      </w:r>
    </w:p>
    <w:p>
      <w:pPr>
        <w:pStyle w:val="ListBullet"/>
      </w:pPr>
      <w:r>
        <w:t>sprawnie wykorzystuje wiedzę gramatyczną podczas tworzenia wypowiedzi</w:t>
      </w:r>
    </w:p>
    <w:p>
      <w:pPr>
        <w:pStyle w:val="ListBullet"/>
      </w:pPr>
      <w:r>
        <w:t>tworzy bogate językowo, poprawne i przemyślane teksty</w:t>
      </w:r>
    </w:p>
    <w:p>
      <w:pPr>
        <w:pStyle w:val="ListBullet"/>
      </w:pPr>
      <w:r>
        <w:t>świadomie stosuje poznane środki językowe</w:t>
      </w:r>
    </w:p>
    <w:p>
      <w:pPr>
        <w:pStyle w:val="ListBullet"/>
      </w:pPr>
      <w:r>
        <w:t>wykazuje dużą samodzielność podczas wykonywania zadań</w:t>
      </w:r>
    </w:p>
    <w:p>
      <w:pPr>
        <w:pStyle w:val="Heading2"/>
      </w:pPr>
      <w:r>
        <w:t>Ocena celująca</w:t>
      </w:r>
    </w:p>
    <w:p>
      <w:r>
        <w:t>Uczeń spełnia wymagania na ocenę bardzo dobrą, a ponadto:</w:t>
      </w:r>
    </w:p>
    <w:p>
      <w:pPr>
        <w:pStyle w:val="ListBullet"/>
      </w:pPr>
      <w:r>
        <w:t>dokonuje samodzielnych i pogłębionych interpretacji tekstów</w:t>
      </w:r>
    </w:p>
    <w:p>
      <w:pPr>
        <w:pStyle w:val="ListBullet"/>
      </w:pPr>
      <w:r>
        <w:t>dostrzega związki między różnymi tekstami kultury</w:t>
      </w:r>
    </w:p>
    <w:p>
      <w:pPr>
        <w:pStyle w:val="ListBullet"/>
      </w:pPr>
      <w:r>
        <w:t>formułuje oryginalne i trafnie uzasadnione wnioski</w:t>
      </w:r>
    </w:p>
    <w:p>
      <w:pPr>
        <w:pStyle w:val="ListBullet"/>
      </w:pPr>
      <w:r>
        <w:t>bardzo sprawnie posługuje się terminologią polonistyczną</w:t>
      </w:r>
    </w:p>
    <w:p>
      <w:pPr>
        <w:pStyle w:val="ListBullet"/>
      </w:pPr>
      <w:r>
        <w:t>twórczo wykorzystuje wiedzę językową i literacką</w:t>
      </w:r>
    </w:p>
    <w:p>
      <w:pPr>
        <w:pStyle w:val="ListBullet"/>
      </w:pPr>
      <w:r>
        <w:t>tworzy wypowiedzi wyróżniające się dojrzałością, pomysłowością i bogactwem języka</w:t>
      </w:r>
    </w:p>
    <w:p>
      <w:pPr>
        <w:pStyle w:val="ListBullet"/>
      </w:pPr>
      <w:r>
        <w:t>samodzielnie rozwija zainteresowania czytelnicze i językowe</w:t>
      </w:r>
    </w:p>
    <w:p>
      <w:r>
        <w:br w:type="page"/>
      </w:r>
    </w:p>
    <w:p>
      <w:pPr>
        <w:pStyle w:val="Heading1"/>
      </w:pPr>
      <w:r>
        <w:t>KLASA 7</w:t>
      </w:r>
    </w:p>
    <w:p>
      <w:pPr>
        <w:pStyle w:val="Heading2"/>
      </w:pPr>
      <w:r>
        <w:t>Ocena dopuszczająca</w:t>
      </w:r>
    </w:p>
    <w:p>
      <w:r>
        <w:t>Uczeń:</w:t>
      </w:r>
    </w:p>
    <w:p>
      <w:pPr>
        <w:pStyle w:val="ListBullet"/>
      </w:pPr>
      <w:r>
        <w:t>rozumie podstawowy sens czytanych tekstów</w:t>
      </w:r>
    </w:p>
    <w:p>
      <w:pPr>
        <w:pStyle w:val="ListBullet"/>
      </w:pPr>
      <w:r>
        <w:t>zna głównych bohaterów, wydarzenia i problematykę obowiązkowych lektur</w:t>
      </w:r>
    </w:p>
    <w:p>
      <w:pPr>
        <w:pStyle w:val="ListBullet"/>
      </w:pPr>
      <w:r>
        <w:t>rozpoznaje epikę, lirykę i dramat</w:t>
      </w:r>
    </w:p>
    <w:p>
      <w:pPr>
        <w:pStyle w:val="ListBullet"/>
      </w:pPr>
      <w:r>
        <w:t>rozpoznaje podstawowe gatunki literackie</w:t>
      </w:r>
    </w:p>
    <w:p>
      <w:pPr>
        <w:pStyle w:val="ListBullet"/>
      </w:pPr>
      <w:r>
        <w:t>wskazuje podstawowe środki stylistyczne</w:t>
      </w:r>
    </w:p>
    <w:p>
      <w:pPr>
        <w:pStyle w:val="ListBullet"/>
      </w:pPr>
      <w:r>
        <w:t>rozpoznaje narratora i podmiot liryczny</w:t>
      </w:r>
    </w:p>
    <w:p>
      <w:pPr>
        <w:pStyle w:val="ListBullet"/>
      </w:pPr>
      <w:r>
        <w:t>zna podstawowe pojęcia związane z dramatem</w:t>
      </w:r>
    </w:p>
    <w:p>
      <w:pPr>
        <w:pStyle w:val="ListBullet"/>
      </w:pPr>
      <w:r>
        <w:t>rozpoznaje wyraz podstawowy i pochodny</w:t>
      </w:r>
    </w:p>
    <w:p>
      <w:pPr>
        <w:pStyle w:val="ListBullet"/>
      </w:pPr>
      <w:r>
        <w:t>rozpoznaje podstawowe typy wypowiedzeń</w:t>
      </w:r>
    </w:p>
    <w:p>
      <w:pPr>
        <w:pStyle w:val="ListBullet"/>
      </w:pPr>
      <w:r>
        <w:t>odróżnia mowę zależną od niezależnej</w:t>
      </w:r>
    </w:p>
    <w:p>
      <w:pPr>
        <w:pStyle w:val="ListBullet"/>
      </w:pPr>
      <w:r>
        <w:t>tworzy proste wypowiedzi argumentacyjne</w:t>
      </w:r>
    </w:p>
    <w:p>
      <w:pPr>
        <w:pStyle w:val="ListBullet"/>
      </w:pPr>
      <w:r>
        <w:t>podejmuje próbę napisania rozprawki, charakterystyki, opowiadania lub przemówienia</w:t>
      </w:r>
    </w:p>
    <w:p>
      <w:pPr>
        <w:pStyle w:val="ListBullet"/>
      </w:pPr>
      <w:r>
        <w:t>stosuje podstawowe zasady ortograficzne i interpunkcyjne</w:t>
      </w:r>
    </w:p>
    <w:p>
      <w:pPr>
        <w:pStyle w:val="Heading2"/>
      </w:pPr>
      <w:r>
        <w:t>Ocena dostateczna</w:t>
      </w:r>
    </w:p>
    <w:p>
      <w:r>
        <w:t>Uczeń spełnia wymagania na ocenę dopuszczającą, a ponadto:</w:t>
      </w:r>
    </w:p>
    <w:p>
      <w:pPr>
        <w:pStyle w:val="ListBullet"/>
      </w:pPr>
      <w:r>
        <w:t>określa temat i problematykę utworu</w:t>
      </w:r>
    </w:p>
    <w:p>
      <w:pPr>
        <w:pStyle w:val="ListBullet"/>
      </w:pPr>
      <w:r>
        <w:t>rozpoznaje rodzaje i podstawowe gatunki literackie</w:t>
      </w:r>
    </w:p>
    <w:p>
      <w:pPr>
        <w:pStyle w:val="ListBullet"/>
      </w:pPr>
      <w:r>
        <w:t>wskazuje ich najważniejsze cechy</w:t>
      </w:r>
    </w:p>
    <w:p>
      <w:pPr>
        <w:pStyle w:val="ListBullet"/>
      </w:pPr>
      <w:r>
        <w:t>charakteryzuje i ocenia bohaterów</w:t>
      </w:r>
    </w:p>
    <w:p>
      <w:pPr>
        <w:pStyle w:val="ListBullet"/>
      </w:pPr>
      <w:r>
        <w:t>rozpoznaje m.in. symbol, alegorię, ironię i neologizm w typowych przykładach</w:t>
      </w:r>
    </w:p>
    <w:p>
      <w:pPr>
        <w:pStyle w:val="ListBullet"/>
      </w:pPr>
      <w:r>
        <w:t>wskazuje podstawowe konteksty historyczne lub kulturowe</w:t>
      </w:r>
    </w:p>
    <w:p>
      <w:pPr>
        <w:pStyle w:val="ListBullet"/>
      </w:pPr>
      <w:r>
        <w:t>rozpoznaje wyrazy pochodne, formant i rdzeń</w:t>
      </w:r>
    </w:p>
    <w:p>
      <w:pPr>
        <w:pStyle w:val="ListBullet"/>
      </w:pPr>
      <w:r>
        <w:t>rozpoznaje imiesłowy</w:t>
      </w:r>
    </w:p>
    <w:p>
      <w:pPr>
        <w:pStyle w:val="ListBullet"/>
      </w:pPr>
      <w:r>
        <w:t>odróżnia różne rodzaje zdań złożonych</w:t>
      </w:r>
    </w:p>
    <w:p>
      <w:pPr>
        <w:pStyle w:val="ListBullet"/>
      </w:pPr>
      <w:r>
        <w:t>przekształca mowę zależną na niezależną i odwrotnie</w:t>
      </w:r>
    </w:p>
    <w:p>
      <w:pPr>
        <w:pStyle w:val="ListBullet"/>
      </w:pPr>
      <w:r>
        <w:t>formułuje tezę lub hipotezę</w:t>
      </w:r>
    </w:p>
    <w:p>
      <w:pPr>
        <w:pStyle w:val="ListBullet"/>
      </w:pPr>
      <w:r>
        <w:t>podaje argumenty na poparcie swojego stanowiska</w:t>
      </w:r>
    </w:p>
    <w:p>
      <w:pPr>
        <w:pStyle w:val="ListBullet"/>
      </w:pPr>
      <w:r>
        <w:t>tworzy wypowiedzi zgodne z wymaganiami poznanych form</w:t>
      </w:r>
    </w:p>
    <w:p>
      <w:pPr>
        <w:pStyle w:val="Heading2"/>
      </w:pPr>
      <w:r>
        <w:t>Ocena dobra</w:t>
      </w:r>
    </w:p>
    <w:p>
      <w:r>
        <w:t>Uczeń spełnia wymagania na ocenę dostateczną, a ponadto:</w:t>
      </w:r>
    </w:p>
    <w:p>
      <w:pPr>
        <w:pStyle w:val="ListBullet"/>
      </w:pPr>
      <w:r>
        <w:t>samodzielnie analizuje utwór literacki</w:t>
      </w:r>
    </w:p>
    <w:p>
      <w:pPr>
        <w:pStyle w:val="ListBullet"/>
      </w:pPr>
      <w:r>
        <w:t>omawia jego problematykę i przesłanie</w:t>
      </w:r>
    </w:p>
    <w:p>
      <w:pPr>
        <w:pStyle w:val="ListBullet"/>
      </w:pPr>
      <w:r>
        <w:t>rozpoznaje rodzaj i gatunek utworu oraz uzasadnia swoje stanowisko</w:t>
      </w:r>
    </w:p>
    <w:p>
      <w:pPr>
        <w:pStyle w:val="ListBullet"/>
      </w:pPr>
      <w:r>
        <w:t>określa funkcje środków stylistycznych</w:t>
      </w:r>
    </w:p>
    <w:p>
      <w:pPr>
        <w:pStyle w:val="ListBullet"/>
      </w:pPr>
      <w:r>
        <w:t>analizuje postawy bohaterów i występujące w utworach wartości</w:t>
      </w:r>
    </w:p>
    <w:p>
      <w:pPr>
        <w:pStyle w:val="ListBullet"/>
      </w:pPr>
      <w:r>
        <w:t>wykorzystuje podstawowe konteksty w interpretacji</w:t>
      </w:r>
    </w:p>
    <w:p>
      <w:pPr>
        <w:pStyle w:val="ListBullet"/>
      </w:pPr>
      <w:r>
        <w:t>sprawnie dokonuje analizy słowotwórczej</w:t>
      </w:r>
    </w:p>
    <w:p>
      <w:pPr>
        <w:pStyle w:val="ListBullet"/>
      </w:pPr>
      <w:r>
        <w:t>poprawnie rozpoznaje i stosuje imiesłowy</w:t>
      </w:r>
    </w:p>
    <w:p>
      <w:pPr>
        <w:pStyle w:val="ListBullet"/>
      </w:pPr>
      <w:r>
        <w:t>analizuje zdania złożone</w:t>
      </w:r>
    </w:p>
    <w:p>
      <w:pPr>
        <w:pStyle w:val="ListBullet"/>
      </w:pPr>
      <w:r>
        <w:t>poprawnie stosuje mowę zależną i niezależną</w:t>
      </w:r>
    </w:p>
    <w:p>
      <w:pPr>
        <w:pStyle w:val="ListBullet"/>
      </w:pPr>
      <w:r>
        <w:t>buduje logiczną argumentację</w:t>
      </w:r>
    </w:p>
    <w:p>
      <w:pPr>
        <w:pStyle w:val="ListBullet"/>
      </w:pPr>
      <w:r>
        <w:t>wykorzystuje przykłady z lektur jako argumenty</w:t>
      </w:r>
    </w:p>
    <w:p>
      <w:pPr>
        <w:pStyle w:val="ListBullet"/>
      </w:pPr>
      <w:r>
        <w:t>tworzy spójne, uporządkowane i poprawne językowo wypowiedzi</w:t>
      </w:r>
    </w:p>
    <w:p>
      <w:pPr>
        <w:pStyle w:val="Heading2"/>
      </w:pPr>
      <w:r>
        <w:t>Ocena bardzo dobra</w:t>
      </w:r>
    </w:p>
    <w:p>
      <w:r>
        <w:t>Uczeń spełnia wymagania na ocenę dobrą, a ponadto:</w:t>
      </w:r>
    </w:p>
    <w:p>
      <w:pPr>
        <w:pStyle w:val="ListBullet"/>
      </w:pPr>
      <w:r>
        <w:t>dokonuje samodzielnej i pogłębionej interpretacji utworów</w:t>
      </w:r>
    </w:p>
    <w:p>
      <w:pPr>
        <w:pStyle w:val="ListBullet"/>
      </w:pPr>
      <w:r>
        <w:t>analizuje sposób kreowania bohaterów i świata przedstawionego</w:t>
      </w:r>
    </w:p>
    <w:p>
      <w:pPr>
        <w:pStyle w:val="ListBullet"/>
      </w:pPr>
      <w:r>
        <w:t>omawia funkcję symboli, alegorii, ironii i innych środków artystycznych</w:t>
      </w:r>
    </w:p>
    <w:p>
      <w:pPr>
        <w:pStyle w:val="ListBullet"/>
      </w:pPr>
      <w:r>
        <w:t>interpretuje tekst z wykorzystaniem kontekstu historycznego, kulturowego lub biograficznego</w:t>
      </w:r>
    </w:p>
    <w:p>
      <w:pPr>
        <w:pStyle w:val="ListBullet"/>
      </w:pPr>
      <w:r>
        <w:t>porównuje różne teksty i przedstawione w nich wartości</w:t>
      </w:r>
    </w:p>
    <w:p>
      <w:pPr>
        <w:pStyle w:val="ListBullet"/>
      </w:pPr>
      <w:r>
        <w:t>bardzo sprawnie posługuje się wiedzą językową</w:t>
      </w:r>
    </w:p>
    <w:p>
      <w:pPr>
        <w:pStyle w:val="ListBullet"/>
      </w:pPr>
      <w:r>
        <w:t>poprawnie analizuje bardziej złożone konstrukcje składniowe</w:t>
      </w:r>
    </w:p>
    <w:p>
      <w:pPr>
        <w:pStyle w:val="ListBullet"/>
      </w:pPr>
      <w:r>
        <w:t>tworzy rozbudowaną argumentację</w:t>
      </w:r>
    </w:p>
    <w:p>
      <w:pPr>
        <w:pStyle w:val="ListBullet"/>
      </w:pPr>
      <w:r>
        <w:t>sprawnie wykorzystuje znajomość lektur w wypowiedziach</w:t>
      </w:r>
    </w:p>
    <w:p>
      <w:pPr>
        <w:pStyle w:val="ListBullet"/>
      </w:pPr>
      <w:r>
        <w:t>tworzy dojrzałe, logiczne i bogate językowo teksty</w:t>
      </w:r>
    </w:p>
    <w:p>
      <w:pPr>
        <w:pStyle w:val="ListBullet"/>
      </w:pPr>
      <w:r>
        <w:t>zachowuje wysoką poprawność językową, ortograficzną i interpunkcyjną</w:t>
      </w:r>
    </w:p>
    <w:p>
      <w:pPr>
        <w:pStyle w:val="Heading2"/>
      </w:pPr>
      <w:r>
        <w:t>Ocena celująca</w:t>
      </w:r>
    </w:p>
    <w:p>
      <w:r>
        <w:t>Uczeń spełnia wymagania na ocenę bardzo dobrą, a ponadto:</w:t>
      </w:r>
    </w:p>
    <w:p>
      <w:pPr>
        <w:pStyle w:val="ListBullet"/>
      </w:pPr>
      <w:r>
        <w:t>samodzielnie formułuje oryginalne interpretacje utworów</w:t>
      </w:r>
    </w:p>
    <w:p>
      <w:pPr>
        <w:pStyle w:val="ListBullet"/>
      </w:pPr>
      <w:r>
        <w:t>dostrzega różnorodne możliwości odczytania tekstu</w:t>
      </w:r>
    </w:p>
    <w:p>
      <w:pPr>
        <w:pStyle w:val="ListBullet"/>
      </w:pPr>
      <w:r>
        <w:t>świadomie wykorzystuje konteksty literackie, historyczne i kulturowe</w:t>
      </w:r>
    </w:p>
    <w:p>
      <w:pPr>
        <w:pStyle w:val="ListBullet"/>
      </w:pPr>
      <w:r>
        <w:t>porównuje motywy, problemy i sposoby ich przedstawiania w różnych utworach</w:t>
      </w:r>
    </w:p>
    <w:p>
      <w:pPr>
        <w:pStyle w:val="ListBullet"/>
      </w:pPr>
      <w:r>
        <w:t>bardzo swobodnie posługuje się terminologią literacką i językową</w:t>
      </w:r>
    </w:p>
    <w:p>
      <w:pPr>
        <w:pStyle w:val="ListBullet"/>
      </w:pPr>
      <w:r>
        <w:t>konstruuje dojrzałe, przekonujące wypowiedzi argumentacyjne</w:t>
      </w:r>
    </w:p>
    <w:p>
      <w:pPr>
        <w:pStyle w:val="ListBullet"/>
      </w:pPr>
      <w:r>
        <w:t>wykorzystuje wiedzę wykraczającą poza bezpośrednio omawiany materiał, jeśli służy ona rozwiązaniu zadania</w:t>
      </w:r>
    </w:p>
    <w:p>
      <w:pPr>
        <w:pStyle w:val="ListBullet"/>
      </w:pPr>
      <w:r>
        <w:t>tworzy wypowiedzi wyróżniające się oryginalnością, świadomością językową i wysokim poziomem merytorycznym</w:t>
      </w:r>
    </w:p>
    <w:p>
      <w:r>
        <w:br w:type="page"/>
      </w:r>
    </w:p>
    <w:p>
      <w:pPr>
        <w:pStyle w:val="Heading1"/>
      </w:pPr>
      <w:r>
        <w:t>KLASA 8</w:t>
      </w:r>
    </w:p>
    <w:p>
      <w:pPr>
        <w:pStyle w:val="Heading2"/>
      </w:pPr>
      <w:r>
        <w:t>Ocena dopuszczająca</w:t>
      </w:r>
    </w:p>
    <w:p>
      <w:r>
        <w:t>Uczeń:</w:t>
      </w:r>
    </w:p>
    <w:p>
      <w:pPr>
        <w:pStyle w:val="ListBullet"/>
      </w:pPr>
      <w:r>
        <w:t>rozumie główny sens tekstu literackiego i nieliterackiego</w:t>
      </w:r>
    </w:p>
    <w:p>
      <w:pPr>
        <w:pStyle w:val="ListBullet"/>
      </w:pPr>
      <w:r>
        <w:t>zna podstawową treść lektur obowiązkowych</w:t>
      </w:r>
    </w:p>
    <w:p>
      <w:pPr>
        <w:pStyle w:val="ListBullet"/>
      </w:pPr>
      <w:r>
        <w:t>wskazuje najważniejsze wydarzenia, bohaterów i problemy utworu</w:t>
      </w:r>
    </w:p>
    <w:p>
      <w:pPr>
        <w:pStyle w:val="ListBullet"/>
      </w:pPr>
      <w:r>
        <w:t>rozpoznaje epikę, lirykę i dramat</w:t>
      </w:r>
    </w:p>
    <w:p>
      <w:pPr>
        <w:pStyle w:val="ListBullet"/>
      </w:pPr>
      <w:r>
        <w:t>rozpoznaje najważniejsze gatunki literackie</w:t>
      </w:r>
    </w:p>
    <w:p>
      <w:pPr>
        <w:pStyle w:val="ListBullet"/>
      </w:pPr>
      <w:r>
        <w:t>rozpoznaje podstawowe środki stylistyczne</w:t>
      </w:r>
    </w:p>
    <w:p>
      <w:pPr>
        <w:pStyle w:val="ListBullet"/>
      </w:pPr>
      <w:r>
        <w:t>wskazuje podstawowe wartości przedstawione w tekście</w:t>
      </w:r>
    </w:p>
    <w:p>
      <w:pPr>
        <w:pStyle w:val="ListBullet"/>
      </w:pPr>
      <w:r>
        <w:t>rozpoznaje najważniejsze zagadnienia gramatyczne omawiane w klasach IV–VIII</w:t>
      </w:r>
    </w:p>
    <w:p>
      <w:pPr>
        <w:pStyle w:val="ListBullet"/>
      </w:pPr>
      <w:r>
        <w:t>tworzy proste wypowiedzi argumentacyjne</w:t>
      </w:r>
    </w:p>
    <w:p>
      <w:pPr>
        <w:pStyle w:val="ListBullet"/>
      </w:pPr>
      <w:r>
        <w:t>formułuje tezę i przynajmniej jeden argument</w:t>
      </w:r>
    </w:p>
    <w:p>
      <w:pPr>
        <w:pStyle w:val="ListBullet"/>
      </w:pPr>
      <w:r>
        <w:t>podejmuje próbę napisania rozprawki, opowiadania twórczego, przemówienia lub innej wymaganej formy</w:t>
      </w:r>
    </w:p>
    <w:p>
      <w:pPr>
        <w:pStyle w:val="ListBullet"/>
      </w:pPr>
      <w:r>
        <w:t>stosuje podstawowe zasady poprawności językowej, ortograficznej i interpunkcyjnej</w:t>
      </w:r>
    </w:p>
    <w:p>
      <w:pPr>
        <w:pStyle w:val="Heading2"/>
      </w:pPr>
      <w:r>
        <w:t>Ocena dostateczna</w:t>
      </w:r>
    </w:p>
    <w:p>
      <w:r>
        <w:t>Uczeń spełnia wymagania na ocenę dopuszczającą, a ponadto:</w:t>
      </w:r>
    </w:p>
    <w:p>
      <w:pPr>
        <w:pStyle w:val="ListBullet"/>
      </w:pPr>
      <w:r>
        <w:t>wyszukuje w tekście informacje i wykorzystuje je do rozwiązania zadania</w:t>
      </w:r>
    </w:p>
    <w:p>
      <w:pPr>
        <w:pStyle w:val="ListBullet"/>
      </w:pPr>
      <w:r>
        <w:t>określa temat, problematykę i przesłanie utworu</w:t>
      </w:r>
    </w:p>
    <w:p>
      <w:pPr>
        <w:pStyle w:val="ListBullet"/>
      </w:pPr>
      <w:r>
        <w:t>rozpoznaje rodzaj i gatunek literacki</w:t>
      </w:r>
    </w:p>
    <w:p>
      <w:pPr>
        <w:pStyle w:val="ListBullet"/>
      </w:pPr>
      <w:r>
        <w:t>charakteryzuje bohaterów i ocenia ich postawy</w:t>
      </w:r>
    </w:p>
    <w:p>
      <w:pPr>
        <w:pStyle w:val="ListBullet"/>
      </w:pPr>
      <w:r>
        <w:t>rozpoznaje środki stylistyczne i wskazuje ich podstawową funkcję</w:t>
      </w:r>
    </w:p>
    <w:p>
      <w:pPr>
        <w:pStyle w:val="ListBullet"/>
      </w:pPr>
      <w:r>
        <w:t>rozpoznaje symbol, alegorię, ironię i komizm</w:t>
      </w:r>
    </w:p>
    <w:p>
      <w:pPr>
        <w:pStyle w:val="ListBullet"/>
      </w:pPr>
      <w:r>
        <w:t>wykorzystuje podstawową znajomość kontekstu historycznego lub kulturowego</w:t>
      </w:r>
    </w:p>
    <w:p>
      <w:pPr>
        <w:pStyle w:val="ListBullet"/>
      </w:pPr>
      <w:r>
        <w:t>stosuje w praktyce wiadomości z zakresu słowotwórstwa i składni</w:t>
      </w:r>
    </w:p>
    <w:p>
      <w:pPr>
        <w:pStyle w:val="ListBullet"/>
      </w:pPr>
      <w:r>
        <w:t>posługuje się mową zależną i niezależną</w:t>
      </w:r>
    </w:p>
    <w:p>
      <w:pPr>
        <w:pStyle w:val="ListBullet"/>
      </w:pPr>
      <w:r>
        <w:t>poprawnie wykorzystuje imiesłowy</w:t>
      </w:r>
    </w:p>
    <w:p>
      <w:pPr>
        <w:pStyle w:val="ListBullet"/>
      </w:pPr>
      <w:r>
        <w:t>buduje wypowiedź argumentacyjną z tezą, argumentami i przykładami</w:t>
      </w:r>
    </w:p>
    <w:p>
      <w:pPr>
        <w:pStyle w:val="ListBullet"/>
      </w:pPr>
      <w:r>
        <w:t>odwołuje się do lektur obowiązkowych</w:t>
      </w:r>
    </w:p>
    <w:p>
      <w:pPr>
        <w:pStyle w:val="ListBullet"/>
      </w:pPr>
      <w:r>
        <w:t>zachowuje właściwą kompozycję wypowiedzi</w:t>
      </w:r>
    </w:p>
    <w:p>
      <w:pPr>
        <w:pStyle w:val="Heading2"/>
      </w:pPr>
      <w:r>
        <w:t>Ocena dobra</w:t>
      </w:r>
    </w:p>
    <w:p>
      <w:r>
        <w:t>Uczeń spełnia wymagania na ocenę dostateczną, a ponadto:</w:t>
      </w:r>
    </w:p>
    <w:p>
      <w:pPr>
        <w:pStyle w:val="ListBullet"/>
      </w:pPr>
      <w:r>
        <w:t>samodzielnie analizuje i interpretuje tekst</w:t>
      </w:r>
    </w:p>
    <w:p>
      <w:pPr>
        <w:pStyle w:val="ListBullet"/>
      </w:pPr>
      <w:r>
        <w:t>odczytuje informacje pośrednie i sensy wynikające z kontekstu</w:t>
      </w:r>
    </w:p>
    <w:p>
      <w:pPr>
        <w:pStyle w:val="ListBullet"/>
      </w:pPr>
      <w:r>
        <w:t>omawia funkcje zastosowanych środków stylistycznych</w:t>
      </w:r>
    </w:p>
    <w:p>
      <w:pPr>
        <w:pStyle w:val="ListBullet"/>
      </w:pPr>
      <w:r>
        <w:t>interpretuje zachowania i motywacje bohaterów</w:t>
      </w:r>
    </w:p>
    <w:p>
      <w:pPr>
        <w:pStyle w:val="ListBullet"/>
      </w:pPr>
      <w:r>
        <w:t>rozpoznaje problematykę egzystencjalną, społeczną i moralną utworów</w:t>
      </w:r>
    </w:p>
    <w:p>
      <w:pPr>
        <w:pStyle w:val="ListBullet"/>
      </w:pPr>
      <w:r>
        <w:t>wykorzystuje odpowiednie konteksty podczas interpretacji</w:t>
      </w:r>
    </w:p>
    <w:p>
      <w:pPr>
        <w:pStyle w:val="ListBullet"/>
      </w:pPr>
      <w:r>
        <w:t>sprawnie stosuje wiadomości gramatyczne</w:t>
      </w:r>
    </w:p>
    <w:p>
      <w:pPr>
        <w:pStyle w:val="ListBullet"/>
      </w:pPr>
      <w:r>
        <w:t>poprawnie analizuje wypowiedzenia wielokrotnie złożone</w:t>
      </w:r>
    </w:p>
    <w:p>
      <w:pPr>
        <w:pStyle w:val="ListBullet"/>
      </w:pPr>
      <w:r>
        <w:t>tworzy przemyślaną argumentację</w:t>
      </w:r>
    </w:p>
    <w:p>
      <w:pPr>
        <w:pStyle w:val="ListBullet"/>
      </w:pPr>
      <w:r>
        <w:t>dobiera trafne przykłady literackie</w:t>
      </w:r>
    </w:p>
    <w:p>
      <w:pPr>
        <w:pStyle w:val="ListBullet"/>
      </w:pPr>
      <w:r>
        <w:t>pisze wypowiedzi zgodne z tematem, logiczne i uporządkowane</w:t>
      </w:r>
    </w:p>
    <w:p>
      <w:pPr>
        <w:pStyle w:val="ListBullet"/>
      </w:pPr>
      <w:r>
        <w:t>posługuje się poprawnym i zróżnicowanym językiem</w:t>
      </w:r>
    </w:p>
    <w:p>
      <w:pPr>
        <w:pStyle w:val="Heading2"/>
      </w:pPr>
      <w:r>
        <w:t>Ocena bardzo dobra</w:t>
      </w:r>
    </w:p>
    <w:p>
      <w:r>
        <w:t>Uczeń spełnia wymagania na ocenę dobrą, a ponadto:</w:t>
      </w:r>
    </w:p>
    <w:p>
      <w:pPr>
        <w:pStyle w:val="ListBullet"/>
      </w:pPr>
      <w:r>
        <w:t>samodzielnie dokonuje pogłębionej analizy i interpretacji tekstów</w:t>
      </w:r>
    </w:p>
    <w:p>
      <w:pPr>
        <w:pStyle w:val="ListBullet"/>
      </w:pPr>
      <w:r>
        <w:t>trafnie odczytuje sensy dosłowne i przenośne</w:t>
      </w:r>
    </w:p>
    <w:p>
      <w:pPr>
        <w:pStyle w:val="ListBullet"/>
      </w:pPr>
      <w:r>
        <w:t>określa znaczenie symboli, ironii, alegorii i innych środków artystycznych</w:t>
      </w:r>
    </w:p>
    <w:p>
      <w:pPr>
        <w:pStyle w:val="ListBullet"/>
      </w:pPr>
      <w:r>
        <w:t>porównuje utwory pod względem problematyki, motywów i wartości</w:t>
      </w:r>
    </w:p>
    <w:p>
      <w:pPr>
        <w:pStyle w:val="ListBullet"/>
      </w:pPr>
      <w:r>
        <w:t>wykorzystuje konteksty historyczne, biograficzne, społeczne i kulturowe</w:t>
      </w:r>
    </w:p>
    <w:p>
      <w:pPr>
        <w:pStyle w:val="ListBullet"/>
      </w:pPr>
      <w:r>
        <w:t>sprawnie wykorzystuje znajomość lektur w argumentacji</w:t>
      </w:r>
    </w:p>
    <w:p>
      <w:pPr>
        <w:pStyle w:val="ListBullet"/>
      </w:pPr>
      <w:r>
        <w:t>stosuje terminologię literacką i językową w sposób świadomy i poprawny</w:t>
      </w:r>
    </w:p>
    <w:p>
      <w:pPr>
        <w:pStyle w:val="ListBullet"/>
      </w:pPr>
      <w:r>
        <w:t>bez większych trudności rozwiązuje złożone zadania językowe</w:t>
      </w:r>
    </w:p>
    <w:p>
      <w:pPr>
        <w:pStyle w:val="ListBullet"/>
      </w:pPr>
      <w:r>
        <w:t>tworzy rozbudowane i przekonujące wypowiedzi argumentacyjne</w:t>
      </w:r>
    </w:p>
    <w:p>
      <w:pPr>
        <w:pStyle w:val="ListBullet"/>
      </w:pPr>
      <w:r>
        <w:t>zachowuje bardzo dobrą kompozycję wypowiedzi</w:t>
      </w:r>
    </w:p>
    <w:p>
      <w:pPr>
        <w:pStyle w:val="ListBullet"/>
      </w:pPr>
      <w:r>
        <w:t>posługuje się bogatym i poprawnym językiem</w:t>
      </w:r>
    </w:p>
    <w:p>
      <w:pPr>
        <w:pStyle w:val="ListBullet"/>
      </w:pPr>
      <w:r>
        <w:t>popełnia jedynie nieliczne błędy</w:t>
      </w:r>
    </w:p>
    <w:p>
      <w:pPr>
        <w:pStyle w:val="Heading2"/>
      </w:pPr>
      <w:r>
        <w:t>Ocena celująca</w:t>
      </w:r>
    </w:p>
    <w:p>
      <w:r>
        <w:t>Uczeń spełnia wymagania na ocenę bardzo dobrą, a ponadto:</w:t>
      </w:r>
    </w:p>
    <w:p>
      <w:pPr>
        <w:pStyle w:val="ListBullet"/>
      </w:pPr>
      <w:r>
        <w:t>prezentuje bardzo wysoki poziom rozumienia i interpretowania tekstów</w:t>
      </w:r>
    </w:p>
    <w:p>
      <w:pPr>
        <w:pStyle w:val="ListBullet"/>
      </w:pPr>
      <w:r>
        <w:t>samodzielnie formułuje pogłębione, oryginalne i dobrze uzasadnione wnioski</w:t>
      </w:r>
    </w:p>
    <w:p>
      <w:pPr>
        <w:pStyle w:val="ListBullet"/>
      </w:pPr>
      <w:r>
        <w:t>swobodnie zestawia różne utwory i teksty kultury</w:t>
      </w:r>
    </w:p>
    <w:p>
      <w:pPr>
        <w:pStyle w:val="ListBullet"/>
      </w:pPr>
      <w:r>
        <w:t>świadomie wykorzystuje różnorodne konteksty</w:t>
      </w:r>
    </w:p>
    <w:p>
      <w:pPr>
        <w:pStyle w:val="ListBullet"/>
      </w:pPr>
      <w:r>
        <w:t>trafnie rozpoznaje i interpretuje wieloznaczność tekstów</w:t>
      </w:r>
    </w:p>
    <w:p>
      <w:pPr>
        <w:pStyle w:val="ListBullet"/>
      </w:pPr>
      <w:r>
        <w:t>swobodnie i funkcjonalnie posługuje się terminologią polonistyczną</w:t>
      </w:r>
    </w:p>
    <w:p>
      <w:pPr>
        <w:pStyle w:val="ListBullet"/>
      </w:pPr>
      <w:r>
        <w:t>bardzo sprawnie wykorzystuje wiedzę językową w praktyce</w:t>
      </w:r>
    </w:p>
    <w:p>
      <w:pPr>
        <w:pStyle w:val="ListBullet"/>
      </w:pPr>
      <w:r>
        <w:t>tworzy wypowiedzi o wysokim poziomie merytorycznym i językowym</w:t>
      </w:r>
    </w:p>
    <w:p>
      <w:pPr>
        <w:pStyle w:val="ListBullet"/>
      </w:pPr>
      <w:r>
        <w:t>argumentuje w sposób logiczny, rzeczowy i przekonujący</w:t>
      </w:r>
    </w:p>
    <w:p>
      <w:pPr>
        <w:pStyle w:val="ListBullet"/>
      </w:pPr>
      <w:r>
        <w:t>samodzielnie zdobywa, selekcjonuje i wykorzystuje informacje</w:t>
      </w:r>
    </w:p>
    <w:p>
      <w:pPr>
        <w:pStyle w:val="ListBullet"/>
      </w:pPr>
      <w:r>
        <w:t>wykazuje twórcze podejście do problemów omawianych na lekcjach</w:t>
      </w:r>
    </w:p>
    <w:p>
      <w:r>
        <w:br w:type="page"/>
      </w:r>
    </w:p>
    <w:p>
      <w:pPr>
        <w:pStyle w:val="Heading1"/>
      </w:pPr>
      <w:r>
        <w:t>OCENA NIEDOSTATECZNA – KLASY V–VIII</w:t>
      </w:r>
    </w:p>
    <w:p>
      <w:r>
        <w:t>Ocenę niedostateczną otrzymuje uczeń, który nie spełnia wymagań koniecznych określonych dla oceny dopuszczającej, a w szczególności:</w:t>
      </w:r>
    </w:p>
    <w:p>
      <w:pPr>
        <w:pStyle w:val="ListBullet"/>
      </w:pPr>
      <w:r>
        <w:t>nie opanował podstawowych wiadomości i umiejętności przewidzianych dla danej klasy</w:t>
      </w:r>
    </w:p>
    <w:p>
      <w:pPr>
        <w:pStyle w:val="ListBullet"/>
      </w:pPr>
      <w:r>
        <w:t>ma poważne trudności z rozumieniem prostych tekstów</w:t>
      </w:r>
    </w:p>
    <w:p>
      <w:pPr>
        <w:pStyle w:val="ListBullet"/>
      </w:pPr>
      <w:r>
        <w:t>nie zna podstawowych treści omawianych lektur</w:t>
      </w:r>
    </w:p>
    <w:p>
      <w:pPr>
        <w:pStyle w:val="ListBullet"/>
      </w:pPr>
      <w:r>
        <w:t>nie rozpoznaje podstawowych pojęć literackich i językowych</w:t>
      </w:r>
    </w:p>
    <w:p>
      <w:pPr>
        <w:pStyle w:val="ListBullet"/>
      </w:pPr>
      <w:r>
        <w:t>nie potrafi stworzyć prostej wypowiedzi pisemnej zgodnej z tematem nawet przy wsparciu nauczyciela</w:t>
      </w:r>
    </w:p>
    <w:p>
      <w:pPr>
        <w:pStyle w:val="ListBullet"/>
      </w:pPr>
      <w:r>
        <w:t>nie potrafi zastosować podstawowych zasad językowych, ortograficznych i interpunkcyjnych w stopniu umożliwiającym komunikatywność wypowiedzi</w:t>
      </w:r>
    </w:p>
    <w:p>
      <w:pPr>
        <w:pStyle w:val="ListBullet"/>
      </w:pPr>
      <w:r>
        <w:t>nie potrafi wykonać podstawowych zadań mimo pomocy i wskazówek nauczyciela</w:t>
      </w:r>
    </w:p>
    <w:p>
      <w:r>
        <w:t>Przy wystawianiu oceny należy uwzględniać indywidualne możliwości psychofizyczne ucznia oraz zalecenia wynikające z opinii lub orzeczenia poradni psychologiczno-pedagogicznej.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